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Jordan Rivera</w:t>
      </w:r>
    </w:p>
    <w:p>
      <w:r>
        <w:rPr>
          <w:b w:val="0"/>
          <w:color w:val="55555B"/>
        </w:rPr>
        <w:t>jordan.rivera@example.com  |  (555) 010-0199  |  Austin, TX</w:t>
      </w:r>
    </w:p>
    <w:p>
      <w:r>
        <w:rPr>
          <w:b w:val="0"/>
          <w:color w:val="55555B"/>
        </w:rPr>
        <w:t>Example letter for an invented person and company. The details and results are invented. Write your own from your real experience.</w:t>
      </w:r>
    </w:p>
    <w:p/>
    <w:p>
      <w:r>
        <w:rPr>
          <w:b w:val="0"/>
        </w:rPr>
        <w:t>[Date]</w:t>
      </w:r>
    </w:p>
    <w:p/>
    <w:p>
      <w:r>
        <w:rPr>
          <w:b/>
        </w:rPr>
        <w:t>Re: Operations Analyst at Example Outdoor Goods</w:t>
      </w:r>
    </w:p>
    <w:p/>
    <w:p>
      <w:r>
        <w:rPr>
          <w:b w:val="0"/>
        </w:rPr>
        <w:t>Dear Hiring Team,</w:t>
      </w:r>
    </w:p>
    <w:p/>
    <w:p>
      <w:r>
        <w:rPr>
          <w:b w:val="0"/>
        </w:rPr>
        <w:t>I am applying for the Operations Analyst role at Example Outdoor Goods. Your posting puts late orders and inventory accuracy at the center of the job, and that is the work I have done for more than three years.</w:t>
      </w:r>
    </w:p>
    <w:p/>
    <w:p>
      <w:r>
        <w:rPr>
          <w:b w:val="0"/>
        </w:rPr>
        <w:t>At Example Supply Co., late orders were discussed every week without anyone agreeing on the cause. I built a SQL and Excel report that split late orders by stage, and it showed most delays started at receiving, not packing. The warehouse leads now use that report to plan staffing each week.</w:t>
      </w:r>
    </w:p>
    <w:p/>
    <w:p>
      <w:r>
        <w:rPr>
          <w:b w:val="0"/>
        </w:rPr>
        <w:t>Your posting also asks for process mapping and work with vendors. I mapped our returns process with the support team and removed two manual handoffs, and I scheduled inbound deliveries for a three shift warehouse in my previous role.</w:t>
      </w:r>
    </w:p>
    <w:p/>
    <w:p>
      <w:r>
        <w:rPr>
          <w:b w:val="0"/>
        </w:rPr>
        <w:t>I would welcome a conversation about the role. I am reachable at jordan.rivera@example.com or (555) 010-0199.</w:t>
      </w:r>
    </w:p>
    <w:p/>
    <w:p>
      <w:r>
        <w:rPr>
          <w:b w:val="0"/>
        </w:rPr>
        <w:t>Sincerely,</w:t>
      </w:r>
    </w:p>
    <w:p>
      <w:r>
        <w:rPr>
          <w:b w:val="0"/>
        </w:rPr>
        <w:t>Jordan Rivera</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color w:val="111214"/>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111214"/>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11214"/>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