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rPr>
          <w:b w:val="0"/>
          <w:color w:val="55555B"/>
        </w:rPr>
        <w:t>[email]  |  [phone]  |  [City, State]</w:t>
      </w:r>
    </w:p>
    <w:p/>
    <w:p>
      <w:r>
        <w:rPr>
          <w:b w:val="0"/>
        </w:rPr>
        <w:t>[Date]</w:t>
      </w:r>
    </w:p>
    <w:p/>
    <w:p>
      <w:r>
        <w:rPr>
          <w:b/>
        </w:rPr>
        <w:t>Re: [Role] at [Company]</w:t>
      </w:r>
    </w:p>
    <w:p/>
    <w:p>
      <w:r>
        <w:rPr>
          <w:b w:val="0"/>
        </w:rPr>
        <w:t>Dear [Hiring manager name, or Hiring Team],</w:t>
      </w:r>
    </w:p>
    <w:p/>
    <w:p>
      <w:r>
        <w:rPr>
          <w:b w:val="0"/>
        </w:rPr>
        <w:t>[Opening: the role you are applying for, and one sentence on why this team or company in particular. Skip "I am writing to apply".]</w:t>
      </w:r>
    </w:p>
    <w:p/>
    <w:p>
      <w:r>
        <w:rPr>
          <w:b w:val="0"/>
        </w:rPr>
        <w:t>[Proof: one real example from your work that matches the most important duty in the posting. What you did, how, and what changed.]</w:t>
      </w:r>
    </w:p>
    <w:p/>
    <w:p>
      <w:r>
        <w:rPr>
          <w:b w:val="0"/>
        </w:rPr>
        <w:t>[Fit: one or two more things from the posting you have done, in their words where they are true for you.]</w:t>
      </w:r>
    </w:p>
    <w:p/>
    <w:p>
      <w:r>
        <w:rPr>
          <w:b w:val="0"/>
        </w:rPr>
        <w:t>[Close: you would welcome a conversation, and how to reach you.]</w:t>
      </w:r>
    </w:p>
    <w:p/>
    <w:p>
      <w:r>
        <w:rPr>
          <w:b w:val="0"/>
        </w:rPr>
        <w:t>Sincerely,</w:t>
      </w:r>
    </w:p>
    <w:p>
      <w:r>
        <w:rPr>
          <w:b w:val="0"/>
        </w:rPr>
        <w:t>[Your 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color w:val="1112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11214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1121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