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Jordan Rivera</w:t>
      </w:r>
    </w:p>
    <w:p>
      <w:r>
        <w:rPr>
          <w:b w:val="0"/>
          <w:sz w:val="24"/>
        </w:rPr>
        <w:t>Operations Analyst</w:t>
      </w:r>
    </w:p>
    <w:p>
      <w:r>
        <w:rPr>
          <w:b w:val="0"/>
          <w:color w:val="55555B"/>
        </w:rPr>
        <w:t>Austin, TX  |  (555) 010-0199  |  jordan.rivera@example.com  |  linkedin.com/in/example-name (not a real profile)</w:t>
      </w:r>
    </w:p>
    <w:p>
      <w:r>
        <w:rPr>
          <w:b w:val="0"/>
          <w:color w:val="55555B"/>
        </w:rPr>
        <w:t>Example resume for an invented person. The details and results are invented. Replace every detail with your own true history.</w:t>
      </w:r>
    </w:p>
    <w:p>
      <w:pPr>
        <w:pStyle w:val="Heading1"/>
      </w:pPr>
      <w:r>
        <w:t>SUMMARY</w:t>
      </w:r>
    </w:p>
    <w:p>
      <w:r>
        <w:rPr>
          <w:b w:val="0"/>
        </w:rPr>
        <w:t>Operations analyst who turns messy order and inventory data into weekly decisions. Strongest at SQL reporting, process mapping, and working with warehouse teams to fix the causes of late orders.</w:t>
      </w:r>
    </w:p>
    <w:p>
      <w:pPr>
        <w:pStyle w:val="Heading1"/>
      </w:pPr>
      <w:r>
        <w:t>EXPERIENCE</w:t>
      </w:r>
    </w:p>
    <w:p>
      <w:r>
        <w:rPr>
          <w:b/>
        </w:rPr>
        <w:t>Operations Analyst  |  Example Supply Co., Austin</w:t>
      </w:r>
    </w:p>
    <w:p>
      <w:r>
        <w:rPr>
          <w:b w:val="0"/>
          <w:color w:val="55555B"/>
        </w:rPr>
        <w:t>March 2023 to Present</w:t>
      </w:r>
    </w:p>
    <w:p>
      <w:pPr>
        <w:pStyle w:val="ListBullet"/>
      </w:pPr>
      <w:r>
        <w:rPr>
          <w:b w:val="0"/>
        </w:rPr>
        <w:t>Built a weekly late order report in SQL and Excel that the warehouse leads now use to plan staffing.</w:t>
      </w:r>
    </w:p>
    <w:p>
      <w:pPr>
        <w:pStyle w:val="ListBullet"/>
      </w:pPr>
      <w:r>
        <w:rPr>
          <w:b w:val="0"/>
        </w:rPr>
        <w:t>Mapped the returns process with the support team and removed two manual handoffs.</w:t>
      </w:r>
    </w:p>
    <w:p>
      <w:pPr>
        <w:pStyle w:val="ListBullet"/>
      </w:pPr>
      <w:r>
        <w:rPr>
          <w:b w:val="0"/>
        </w:rPr>
        <w:t>Cut the time to close the monthly inventory count from four days to two by reconciling counts daily.</w:t>
      </w:r>
    </w:p>
    <w:p>
      <w:r>
        <w:rPr>
          <w:b/>
        </w:rPr>
        <w:t>Operations Coordinator  |  Sample Logistics, Round Rock</w:t>
      </w:r>
    </w:p>
    <w:p>
      <w:r>
        <w:rPr>
          <w:b w:val="0"/>
          <w:color w:val="55555B"/>
        </w:rPr>
        <w:t>June 2021 to February 2023</w:t>
      </w:r>
    </w:p>
    <w:p>
      <w:pPr>
        <w:pStyle w:val="ListBullet"/>
      </w:pPr>
      <w:r>
        <w:rPr>
          <w:b w:val="0"/>
        </w:rPr>
        <w:t>Scheduled inbound deliveries for a three shift warehouse and kept the dock calendar current.</w:t>
      </w:r>
    </w:p>
    <w:p>
      <w:pPr>
        <w:pStyle w:val="ListBullet"/>
      </w:pPr>
      <w:r>
        <w:rPr>
          <w:b w:val="0"/>
        </w:rPr>
        <w:t>Trained new coordinators on the order system and wrote the shared checklist they still use.</w:t>
      </w:r>
    </w:p>
    <w:p>
      <w:pPr>
        <w:pStyle w:val="Heading1"/>
      </w:pPr>
      <w:r>
        <w:t>SKILLS</w:t>
      </w:r>
    </w:p>
    <w:p>
      <w:r>
        <w:rPr>
          <w:b w:val="0"/>
        </w:rPr>
        <w:t>SQL, Excel (pivot tables, lookups), process mapping, inventory reconciliation, order management systems, vendor communication.</w:t>
      </w:r>
    </w:p>
    <w:p>
      <w:pPr>
        <w:pStyle w:val="Heading1"/>
      </w:pPr>
      <w:r>
        <w:t>EDUCATION</w:t>
      </w:r>
    </w:p>
    <w:p>
      <w:r>
        <w:rPr>
          <w:b w:val="0"/>
        </w:rPr>
        <w:t>B.B.A., Supply Chain Management, Example State University, 2021</w:t>
      </w:r>
    </w:p>
    <w:p>
      <w:pPr>
        <w:pStyle w:val="Heading1"/>
      </w:pPr>
      <w:r>
        <w:t>CERTIFICATIONS</w:t>
      </w:r>
    </w:p>
    <w:p>
      <w:r>
        <w:rPr>
          <w:b w:val="0"/>
        </w:rPr>
        <w:t>[Example certification] (in progress)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color w:val="11121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1121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1121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