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rPr>
          <w:b w:val="0"/>
          <w:sz w:val="24"/>
        </w:rPr>
        <w:t>[Headline: your current title, or the role you are targeting]</w:t>
      </w:r>
    </w:p>
    <w:p>
      <w:r>
        <w:rPr>
          <w:b w:val="0"/>
          <w:color w:val="55555B"/>
        </w:rPr>
        <w:t>[City, State]  |  [phone]  |  [email]  |  [LinkedIn or portfolio link]</w:t>
      </w:r>
    </w:p>
    <w:p>
      <w:pPr>
        <w:pStyle w:val="Heading1"/>
      </w:pPr>
      <w:r>
        <w:t>SUMMARY</w:t>
      </w:r>
    </w:p>
    <w:p>
      <w:r>
        <w:rPr>
          <w:b w:val="0"/>
        </w:rPr>
        <w:t>[Two or three lines: the role you do, the kind of work you are strongest at, and one result you can talk about. Use the posting's words where they are true for you.]</w:t>
      </w:r>
    </w:p>
    <w:p>
      <w:pPr>
        <w:pStyle w:val="Heading1"/>
      </w:pPr>
      <w:r>
        <w:t>EXPERIENCE</w:t>
      </w:r>
    </w:p>
    <w:p>
      <w:r>
        <w:rPr>
          <w:b/>
        </w:rPr>
        <w:t>[Job title]  |  [Company], [City]</w:t>
      </w:r>
    </w:p>
    <w:p>
      <w:r>
        <w:rPr>
          <w:b w:val="0"/>
          <w:color w:val="55555B"/>
        </w:rPr>
        <w:t>[Month Year] to [Month Year or Present]</w:t>
      </w:r>
    </w:p>
    <w:p>
      <w:pPr>
        <w:pStyle w:val="ListBullet"/>
      </w:pPr>
      <w:r>
        <w:rPr>
          <w:b w:val="0"/>
        </w:rPr>
        <w:t>[What you did, the tool or method, and the result. Start with a verb.]</w:t>
      </w:r>
    </w:p>
    <w:p>
      <w:pPr>
        <w:pStyle w:val="ListBullet"/>
      </w:pPr>
      <w:r>
        <w:rPr>
          <w:b w:val="0"/>
        </w:rPr>
        <w:t>[A second accomplishment that matches a duty in the posting.]</w:t>
      </w:r>
    </w:p>
    <w:p>
      <w:pPr>
        <w:pStyle w:val="ListBullet"/>
      </w:pPr>
      <w:r>
        <w:rPr>
          <w:b w:val="0"/>
        </w:rPr>
        <w:t>[A third, only if it is true and relevant.]</w:t>
      </w:r>
    </w:p>
    <w:p>
      <w:r>
        <w:rPr>
          <w:b/>
        </w:rPr>
        <w:t>[Job title]  |  [Company], [City]</w:t>
      </w:r>
    </w:p>
    <w:p>
      <w:r>
        <w:rPr>
          <w:b w:val="0"/>
          <w:color w:val="55555B"/>
        </w:rPr>
        <w:t>[Month Year] to [Month Year or Present]</w:t>
      </w:r>
    </w:p>
    <w:p>
      <w:pPr>
        <w:pStyle w:val="ListBullet"/>
      </w:pPr>
      <w:r>
        <w:rPr>
          <w:b w:val="0"/>
        </w:rPr>
        <w:t>[What you did, the tool or method, and the result. Start with a verb.]</w:t>
      </w:r>
    </w:p>
    <w:p>
      <w:pPr>
        <w:pStyle w:val="ListBullet"/>
      </w:pPr>
      <w:r>
        <w:rPr>
          <w:b w:val="0"/>
        </w:rPr>
        <w:t>[A second accomplishment that matches a duty in the posting.]</w:t>
      </w:r>
    </w:p>
    <w:p>
      <w:pPr>
        <w:pStyle w:val="ListBullet"/>
      </w:pPr>
      <w:r>
        <w:rPr>
          <w:b w:val="0"/>
        </w:rPr>
        <w:t>[A third, only if it is true and relevant.]</w:t>
      </w:r>
    </w:p>
    <w:p>
      <w:pPr>
        <w:pStyle w:val="Heading1"/>
      </w:pPr>
      <w:r>
        <w:t>SKILLS</w:t>
      </w:r>
    </w:p>
    <w:p>
      <w:r>
        <w:rPr>
          <w:b w:val="0"/>
        </w:rPr>
        <w:t>[Skill], [Skill], [Tool], [Tool], [Method]. List only what you could discuss in an interview.</w:t>
      </w:r>
    </w:p>
    <w:p>
      <w:pPr>
        <w:pStyle w:val="Heading1"/>
      </w:pPr>
      <w:r>
        <w:t>EDUCATION</w:t>
      </w:r>
    </w:p>
    <w:p>
      <w:r>
        <w:rPr>
          <w:b w:val="0"/>
        </w:rPr>
        <w:t>[Degree or certificate], [School], [Year]</w:t>
      </w:r>
    </w:p>
    <w:p>
      <w:pPr>
        <w:pStyle w:val="Heading1"/>
      </w:pPr>
      <w:r>
        <w:t>PROJECTS</w:t>
      </w:r>
    </w:p>
    <w:p>
      <w:r>
        <w:rPr>
          <w:b w:val="0"/>
        </w:rPr>
        <w:t>[Optional: a project with what you built and what it did. Useful for students and career changers. Delete if not needed.]</w:t>
      </w:r>
    </w:p>
    <w:p>
      <w:pPr>
        <w:pStyle w:val="Heading1"/>
      </w:pPr>
      <w:r>
        <w:t>CERTIFICATIONS</w:t>
      </w:r>
    </w:p>
    <w:p>
      <w:r>
        <w:rPr>
          <w:b w:val="0"/>
        </w:rPr>
        <w:t>[Certification], [Issuer], [Year]. Delete this section if you have none.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color w:val="11121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111214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11214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